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Полигональ Стальные Конструкции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ТЕХНИЧЕСКОЕ ЗАДАНИЕ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выполнение работ по разработке проектной документации стадии КМ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стальной многогранной антенной опоры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Пожалуйста, заполните поля ниже максимально подробно. Незаполненные пункты будут приняты по умолчанию (см. примечания курсивом), что может привести к неточному расчёту или необходимости повторного запроса данных.</w:t>
      </w:r>
    </w:p>
    <w:p>
      <w:pPr>
        <w:spacing w:before="200" w:after="60"/>
      </w:pPr>
      <w:r>
        <w:rPr>
          <w:rFonts w:ascii="Arial" w:hAnsi="Arial"/>
          <w:b/>
          <w:sz w:val="21"/>
        </w:rPr>
        <w:t>1. Данные заказчика и объекта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Организация-заказчик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полное название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Контактное лицо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ФИО, должность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Наименование объекта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напр. «Перекрёсток ул. ... / ...»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 / населённый пункт установки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город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опор в заказе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шт., с разбивкой по типоразмерам, если разные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Желаемый срок поставки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2. Общие данные для оформления документации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 заполнения технического задания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 штампах писать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Расчёт башни выполнить на следующие условия эксплуатации в соответствии с ДБН В.1.2-2:2006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3. Высота и климатические условия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стойки башни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строительства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местности для расчёта нагрузок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максимальному давлению ветра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гололёду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давлению ветра при гололёде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Сейсмичность по шкале MSK-64, балл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Максимальная температура воздуха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Минимальная температура воздуха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4. Навесное оборудование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Площадь оборудования / отметка фазового центра от уровня земли / масса размещаемого оборудования / количество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шт;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– м² / – м / – кг / – шт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Наличие молниеприёмника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да / нет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Размер молниеприёмника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башни с молниеприёмником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Наличие обслуживающей площадки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да / нет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5. Конструкция опоры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Монтажная лестница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 действующим нормам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секций стойки / Высота секций стойки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Соединение секций стойки между собой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телескопическое / фланцевое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Соединение стойки с фундаментом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телескопическое / фланцевое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стали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С245 и С345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Размеры сечений секций стойки вверху и внизу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6. Нормативные требования к деформациям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Срок эксплуатации объекта (проверка по первой группе предельных состояний)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40 лет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Доля времени η, на протяжении которой могут нарушаться условия второго предельного состояния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0,02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Относительное отклонение башни к её высоте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1/100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7. Покрытие и дополнительные требования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Антикоррозионная защита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Эскиз проектируемой башни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прилагается отдельно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Дополнительно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Предусмотреть прокладку фидерной трассы по кабельросту по всей высоте монтажной лестницы (по всей высоте монтажной лестницы изготовить выступающие консоли из круга Ø20 мм с шагом не более 700 мм), а также трубу для отвода конденсата.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Параметры секции кабельроста: – 340 мм (ширина) × 2,0 м (высота), вес 5,0 кг. Всего 15 секций.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Параметры фидерной трассы: – 10,0 мм, вес 0,19 кг/м.пог, всего 9 ниток фидера; – 5,0 мм, вес 0,1 кг/м.пог, всего 9 ниток фидера.</w:t>
            </w:r>
          </w:p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(Значения приведены как пример — уточняются заказчиком.)</w:t>
            </w:r>
          </w:p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В составе проектной документации стадии КМ должны быть включены следующие данные: исходные данные и область применения; монтажная схема (с отметкой соединения стойки с фундаментом и с отметками размещаемого оборудования) и чертежи узлов; расчётный лист; нагрузки для расчёта закрепления в грунте; спецификация металлопроката.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Заполнил (ФИО, должность):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Подпись: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Заполненный бланк отправляйте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